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E375B" w14:textId="77777777" w:rsidR="002D7394" w:rsidRDefault="00AC0690">
      <w:pPr>
        <w:spacing w:after="120"/>
        <w:jc w:val="center"/>
        <w:rPr>
          <w:lang w:eastAsia="zh-CN"/>
        </w:rPr>
      </w:pPr>
      <w:r>
        <w:rPr>
          <w:rFonts w:eastAsia="黑体"/>
          <w:b/>
          <w:sz w:val="32"/>
          <w:lang w:eastAsia="zh-CN"/>
        </w:rPr>
        <w:t>河南师范大学</w:t>
      </w:r>
      <w:r>
        <w:rPr>
          <w:rFonts w:eastAsia="黑体"/>
          <w:b/>
          <w:sz w:val="32"/>
          <w:lang w:eastAsia="zh-CN"/>
        </w:rPr>
        <w:t>“</w:t>
      </w:r>
      <w:r>
        <w:rPr>
          <w:rFonts w:eastAsia="黑体"/>
          <w:b/>
          <w:sz w:val="32"/>
          <w:lang w:eastAsia="zh-CN"/>
        </w:rPr>
        <w:t>镜遇拾秋</w:t>
      </w:r>
      <w:r>
        <w:rPr>
          <w:rFonts w:eastAsia="黑体"/>
          <w:b/>
          <w:sz w:val="32"/>
          <w:lang w:eastAsia="zh-CN"/>
        </w:rPr>
        <w:t>”</w:t>
      </w:r>
      <w:r>
        <w:rPr>
          <w:rFonts w:eastAsia="黑体"/>
          <w:b/>
          <w:sz w:val="32"/>
          <w:lang w:eastAsia="zh-CN"/>
        </w:rPr>
        <w:t>第三届短视频大赛</w:t>
      </w:r>
    </w:p>
    <w:p w14:paraId="709E8E86" w14:textId="77777777" w:rsidR="002D7394" w:rsidRDefault="00AC0690">
      <w:pPr>
        <w:jc w:val="center"/>
      </w:pPr>
      <w:r>
        <w:rPr>
          <w:rFonts w:eastAsia="黑体"/>
          <w:b/>
          <w:sz w:val="32"/>
        </w:rPr>
        <w:t>报</w:t>
      </w:r>
      <w:r>
        <w:rPr>
          <w:rFonts w:eastAsia="黑体"/>
          <w:b/>
          <w:sz w:val="32"/>
        </w:rPr>
        <w:t xml:space="preserve"> </w:t>
      </w:r>
      <w:r>
        <w:rPr>
          <w:rFonts w:eastAsia="黑体"/>
          <w:b/>
          <w:sz w:val="32"/>
        </w:rPr>
        <w:t>名</w:t>
      </w:r>
      <w:r>
        <w:rPr>
          <w:rFonts w:eastAsia="黑体"/>
          <w:b/>
          <w:sz w:val="32"/>
        </w:rPr>
        <w:t xml:space="preserve"> </w:t>
      </w:r>
      <w:r>
        <w:rPr>
          <w:rFonts w:eastAsia="黑体"/>
          <w:b/>
          <w:sz w:val="32"/>
        </w:rPr>
        <w:t>表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1474"/>
        <w:gridCol w:w="1587"/>
        <w:gridCol w:w="2154"/>
        <w:gridCol w:w="1928"/>
        <w:gridCol w:w="2494"/>
      </w:tblGrid>
      <w:tr w:rsidR="002D7394" w14:paraId="5589E054" w14:textId="77777777">
        <w:trPr>
          <w:trHeight w:val="510"/>
          <w:jc w:val="center"/>
        </w:trPr>
        <w:tc>
          <w:tcPr>
            <w:tcW w:w="1474" w:type="dxa"/>
            <w:vAlign w:val="center"/>
          </w:tcPr>
          <w:p w14:paraId="0DCE9D2C" w14:textId="77777777" w:rsidR="002D7394" w:rsidRDefault="00AC0690">
            <w:pPr>
              <w:spacing w:before="40" w:after="40"/>
              <w:jc w:val="center"/>
            </w:pPr>
            <w:r>
              <w:t>作品名称</w:t>
            </w:r>
          </w:p>
        </w:tc>
        <w:tc>
          <w:tcPr>
            <w:tcW w:w="8163" w:type="dxa"/>
            <w:gridSpan w:val="4"/>
            <w:vAlign w:val="center"/>
          </w:tcPr>
          <w:p w14:paraId="4A706971" w14:textId="77777777" w:rsidR="002D7394" w:rsidRDefault="002D7394">
            <w:pPr>
              <w:spacing w:before="40" w:after="40"/>
              <w:jc w:val="center"/>
            </w:pPr>
          </w:p>
        </w:tc>
      </w:tr>
      <w:tr w:rsidR="002D7394" w14:paraId="31B04C5B" w14:textId="77777777">
        <w:trPr>
          <w:trHeight w:val="1644"/>
          <w:jc w:val="center"/>
        </w:trPr>
        <w:tc>
          <w:tcPr>
            <w:tcW w:w="1474" w:type="dxa"/>
            <w:vAlign w:val="center"/>
          </w:tcPr>
          <w:p w14:paraId="256FCCE9" w14:textId="77777777" w:rsidR="002D7394" w:rsidRDefault="00AC0690">
            <w:pPr>
              <w:spacing w:before="40" w:after="40"/>
              <w:jc w:val="center"/>
            </w:pPr>
            <w:r>
              <w:t>作品简介</w:t>
            </w:r>
            <w:r>
              <w:br/>
            </w:r>
            <w:r>
              <w:t>（</w:t>
            </w:r>
            <w:r>
              <w:t>100</w:t>
            </w:r>
            <w:r>
              <w:t>字以内）</w:t>
            </w:r>
          </w:p>
        </w:tc>
        <w:tc>
          <w:tcPr>
            <w:tcW w:w="8163" w:type="dxa"/>
            <w:gridSpan w:val="4"/>
          </w:tcPr>
          <w:p w14:paraId="4D14CAAE" w14:textId="77777777" w:rsidR="002D7394" w:rsidRDefault="002D7394">
            <w:pPr>
              <w:spacing w:before="40" w:after="40"/>
              <w:jc w:val="center"/>
            </w:pPr>
          </w:p>
        </w:tc>
      </w:tr>
      <w:tr w:rsidR="002D7394" w14:paraId="595CA78E" w14:textId="77777777">
        <w:trPr>
          <w:trHeight w:val="510"/>
          <w:jc w:val="center"/>
        </w:trPr>
        <w:tc>
          <w:tcPr>
            <w:tcW w:w="1474" w:type="dxa"/>
            <w:vAlign w:val="center"/>
          </w:tcPr>
          <w:p w14:paraId="536DFC0D" w14:textId="77777777" w:rsidR="002D7394" w:rsidRDefault="00AC0690">
            <w:pPr>
              <w:spacing w:before="40" w:after="40"/>
              <w:jc w:val="center"/>
            </w:pPr>
            <w:r>
              <w:t>参赛类别</w:t>
            </w:r>
          </w:p>
        </w:tc>
        <w:tc>
          <w:tcPr>
            <w:tcW w:w="8163" w:type="dxa"/>
            <w:gridSpan w:val="4"/>
            <w:vAlign w:val="center"/>
          </w:tcPr>
          <w:p w14:paraId="3D6B5304" w14:textId="77777777" w:rsidR="002D7394" w:rsidRDefault="00AC0690">
            <w:pPr>
              <w:spacing w:before="40" w:after="40"/>
              <w:rPr>
                <w:lang w:eastAsia="zh-CN"/>
              </w:rPr>
            </w:pPr>
            <w:sdt>
              <w:sdtPr>
                <w:rPr>
                  <w:lang w:eastAsia="zh-CN"/>
                </w:rPr>
                <w:id w:val="90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lang w:eastAsia="zh-CN"/>
                  </w:rPr>
                  <w:t>☐</w:t>
                </w:r>
              </w:sdtContent>
            </w:sdt>
            <w:r>
              <w:rPr>
                <w:lang w:eastAsia="zh-CN"/>
              </w:rPr>
              <w:t xml:space="preserve"> </w:t>
            </w:r>
            <w:r>
              <w:rPr>
                <w:lang w:eastAsia="zh-CN"/>
              </w:rPr>
              <w:t xml:space="preserve">本科生　　</w:t>
            </w:r>
            <w:sdt>
              <w:sdtPr>
                <w:rPr>
                  <w:lang w:eastAsia="zh-CN"/>
                </w:rPr>
                <w:id w:val="90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lang w:eastAsia="zh-CN"/>
                  </w:rPr>
                  <w:t>☐</w:t>
                </w:r>
              </w:sdtContent>
            </w:sdt>
            <w:r>
              <w:rPr>
                <w:lang w:eastAsia="zh-CN"/>
              </w:rPr>
              <w:t xml:space="preserve"> </w:t>
            </w:r>
            <w:r>
              <w:rPr>
                <w:lang w:eastAsia="zh-CN"/>
              </w:rPr>
              <w:t xml:space="preserve">研究生　　</w:t>
            </w:r>
            <w:sdt>
              <w:sdtPr>
                <w:rPr>
                  <w:lang w:eastAsia="zh-CN"/>
                </w:rPr>
                <w:id w:val="90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lang w:eastAsia="zh-CN"/>
                  </w:rPr>
                  <w:t>☐</w:t>
                </w:r>
              </w:sdtContent>
            </w:sdt>
            <w:r>
              <w:rPr>
                <w:lang w:eastAsia="zh-CN"/>
              </w:rPr>
              <w:t xml:space="preserve"> </w:t>
            </w:r>
            <w:r>
              <w:rPr>
                <w:lang w:eastAsia="zh-CN"/>
              </w:rPr>
              <w:t xml:space="preserve">教师　　</w:t>
            </w:r>
            <w:sdt>
              <w:sdtPr>
                <w:rPr>
                  <w:lang w:eastAsia="zh-CN"/>
                </w:rPr>
                <w:id w:val="90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lang w:eastAsia="zh-CN"/>
                  </w:rPr>
                  <w:t>☐</w:t>
                </w:r>
              </w:sdtContent>
            </w:sdt>
            <w:r>
              <w:rPr>
                <w:lang w:eastAsia="zh-CN"/>
              </w:rPr>
              <w:t xml:space="preserve"> </w:t>
            </w:r>
            <w:r>
              <w:rPr>
                <w:lang w:eastAsia="zh-CN"/>
              </w:rPr>
              <w:t xml:space="preserve">校友　　</w:t>
            </w:r>
            <w:sdt>
              <w:sdtPr>
                <w:rPr>
                  <w:lang w:eastAsia="zh-CN"/>
                </w:rPr>
                <w:id w:val="90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lang w:eastAsia="zh-CN"/>
                  </w:rPr>
                  <w:t>☐</w:t>
                </w:r>
              </w:sdtContent>
            </w:sdt>
            <w:r>
              <w:rPr>
                <w:lang w:eastAsia="zh-CN"/>
              </w:rPr>
              <w:t xml:space="preserve"> </w:t>
            </w:r>
            <w:r>
              <w:rPr>
                <w:lang w:eastAsia="zh-CN"/>
              </w:rPr>
              <w:t>社会人士</w:t>
            </w:r>
          </w:p>
        </w:tc>
      </w:tr>
      <w:tr w:rsidR="002D7394" w14:paraId="651B4AF4" w14:textId="77777777">
        <w:trPr>
          <w:trHeight w:val="510"/>
          <w:jc w:val="center"/>
        </w:trPr>
        <w:tc>
          <w:tcPr>
            <w:tcW w:w="1474" w:type="dxa"/>
            <w:vAlign w:val="center"/>
          </w:tcPr>
          <w:p w14:paraId="5294CA07" w14:textId="77777777" w:rsidR="002D7394" w:rsidRDefault="00AC0690">
            <w:pPr>
              <w:spacing w:before="40" w:after="40"/>
              <w:jc w:val="center"/>
            </w:pPr>
            <w:proofErr w:type="spellStart"/>
            <w:r>
              <w:t>参赛形式</w:t>
            </w:r>
            <w:proofErr w:type="spellEnd"/>
          </w:p>
        </w:tc>
        <w:tc>
          <w:tcPr>
            <w:tcW w:w="8163" w:type="dxa"/>
            <w:gridSpan w:val="4"/>
            <w:vAlign w:val="center"/>
          </w:tcPr>
          <w:p w14:paraId="31174769" w14:textId="77777777" w:rsidR="002D7394" w:rsidRDefault="00AC0690">
            <w:pPr>
              <w:spacing w:before="40" w:after="40"/>
              <w:rPr>
                <w:lang w:eastAsia="zh-CN"/>
              </w:rPr>
            </w:pPr>
            <w:sdt>
              <w:sdtPr>
                <w:rPr>
                  <w:lang w:eastAsia="zh-CN"/>
                </w:rPr>
                <w:id w:val="90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lang w:eastAsia="zh-CN"/>
                  </w:rPr>
                  <w:t>☐</w:t>
                </w:r>
              </w:sdtContent>
            </w:sdt>
            <w:r>
              <w:rPr>
                <w:lang w:eastAsia="zh-CN"/>
              </w:rPr>
              <w:t xml:space="preserve"> </w:t>
            </w:r>
            <w:r>
              <w:rPr>
                <w:lang w:eastAsia="zh-CN"/>
              </w:rPr>
              <w:t xml:space="preserve">个人参赛　　</w:t>
            </w:r>
            <w:sdt>
              <w:sdtPr>
                <w:rPr>
                  <w:lang w:eastAsia="zh-CN"/>
                </w:rPr>
                <w:id w:val="90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lang w:eastAsia="zh-CN"/>
                  </w:rPr>
                  <w:t>☐</w:t>
                </w:r>
              </w:sdtContent>
            </w:sdt>
            <w:r>
              <w:rPr>
                <w:lang w:eastAsia="zh-CN"/>
              </w:rPr>
              <w:t xml:space="preserve"> </w:t>
            </w:r>
            <w:r>
              <w:rPr>
                <w:lang w:eastAsia="zh-CN"/>
              </w:rPr>
              <w:t>团队参赛（团队总人数不超过</w:t>
            </w:r>
            <w:r>
              <w:rPr>
                <w:lang w:eastAsia="zh-CN"/>
              </w:rPr>
              <w:t xml:space="preserve"> 3 </w:t>
            </w:r>
            <w:r>
              <w:rPr>
                <w:lang w:eastAsia="zh-CN"/>
              </w:rPr>
              <w:t>人，个人作品此栏不填成员）</w:t>
            </w:r>
          </w:p>
        </w:tc>
      </w:tr>
      <w:tr w:rsidR="002D7394" w14:paraId="23639372" w14:textId="77777777">
        <w:trPr>
          <w:trHeight w:val="482"/>
          <w:jc w:val="center"/>
        </w:trPr>
        <w:tc>
          <w:tcPr>
            <w:tcW w:w="1474" w:type="dxa"/>
            <w:vAlign w:val="center"/>
          </w:tcPr>
          <w:p w14:paraId="63175B3D" w14:textId="77777777" w:rsidR="002D7394" w:rsidRDefault="00AC0690">
            <w:pPr>
              <w:spacing w:before="40" w:after="40"/>
              <w:jc w:val="center"/>
            </w:pPr>
            <w:proofErr w:type="spellStart"/>
            <w:r>
              <w:t>作者</w:t>
            </w:r>
            <w:proofErr w:type="spellEnd"/>
          </w:p>
        </w:tc>
        <w:tc>
          <w:tcPr>
            <w:tcW w:w="1587" w:type="dxa"/>
            <w:vAlign w:val="center"/>
          </w:tcPr>
          <w:p w14:paraId="121422E2" w14:textId="77777777" w:rsidR="002D7394" w:rsidRDefault="00AC0690">
            <w:pPr>
              <w:spacing w:before="40" w:after="40"/>
              <w:jc w:val="center"/>
            </w:pPr>
            <w:r>
              <w:t>姓名</w:t>
            </w:r>
          </w:p>
        </w:tc>
        <w:tc>
          <w:tcPr>
            <w:tcW w:w="2154" w:type="dxa"/>
            <w:vAlign w:val="center"/>
          </w:tcPr>
          <w:p w14:paraId="298AE4E9" w14:textId="77777777" w:rsidR="002D7394" w:rsidRDefault="00AC0690">
            <w:pPr>
              <w:spacing w:before="40" w:after="40"/>
              <w:jc w:val="center"/>
            </w:pPr>
            <w:r>
              <w:t>学院（单位）</w:t>
            </w:r>
          </w:p>
        </w:tc>
        <w:tc>
          <w:tcPr>
            <w:tcW w:w="1928" w:type="dxa"/>
            <w:vAlign w:val="center"/>
          </w:tcPr>
          <w:p w14:paraId="507C89F2" w14:textId="77777777" w:rsidR="002D7394" w:rsidRDefault="00AC0690">
            <w:pPr>
              <w:spacing w:before="40" w:after="40"/>
              <w:jc w:val="center"/>
            </w:pPr>
            <w:r>
              <w:t>专业年级</w:t>
            </w:r>
            <w:r>
              <w:t>/</w:t>
            </w:r>
            <w:r>
              <w:t>职务</w:t>
            </w:r>
          </w:p>
        </w:tc>
        <w:tc>
          <w:tcPr>
            <w:tcW w:w="2494" w:type="dxa"/>
            <w:vAlign w:val="center"/>
          </w:tcPr>
          <w:p w14:paraId="54C4F7CF" w14:textId="77777777" w:rsidR="002D7394" w:rsidRDefault="00AC0690">
            <w:pPr>
              <w:spacing w:before="40" w:after="40"/>
              <w:jc w:val="center"/>
            </w:pPr>
            <w:r>
              <w:t>联系电话</w:t>
            </w:r>
            <w:r>
              <w:t>/</w:t>
            </w:r>
            <w:r>
              <w:t>电子邮箱</w:t>
            </w:r>
          </w:p>
        </w:tc>
      </w:tr>
      <w:tr w:rsidR="002D7394" w14:paraId="3DC525A1" w14:textId="77777777">
        <w:trPr>
          <w:trHeight w:val="482"/>
          <w:jc w:val="center"/>
        </w:trPr>
        <w:tc>
          <w:tcPr>
            <w:tcW w:w="1474" w:type="dxa"/>
            <w:vAlign w:val="center"/>
          </w:tcPr>
          <w:p w14:paraId="3E1C4EB0" w14:textId="77777777" w:rsidR="002D7394" w:rsidRDefault="00AC0690">
            <w:pPr>
              <w:spacing w:before="40" w:after="40"/>
              <w:jc w:val="center"/>
            </w:pPr>
            <w:r>
              <w:t>第一作者</w:t>
            </w:r>
          </w:p>
        </w:tc>
        <w:tc>
          <w:tcPr>
            <w:tcW w:w="1587" w:type="dxa"/>
            <w:vAlign w:val="center"/>
          </w:tcPr>
          <w:p w14:paraId="5F037A58" w14:textId="77777777" w:rsidR="002D7394" w:rsidRDefault="002D7394">
            <w:pPr>
              <w:spacing w:before="40" w:after="40"/>
              <w:jc w:val="center"/>
            </w:pPr>
          </w:p>
        </w:tc>
        <w:tc>
          <w:tcPr>
            <w:tcW w:w="2154" w:type="dxa"/>
            <w:vAlign w:val="center"/>
          </w:tcPr>
          <w:p w14:paraId="23797BF4" w14:textId="77777777" w:rsidR="002D7394" w:rsidRDefault="002D7394">
            <w:pPr>
              <w:spacing w:before="40" w:after="40"/>
              <w:jc w:val="center"/>
            </w:pPr>
          </w:p>
        </w:tc>
        <w:tc>
          <w:tcPr>
            <w:tcW w:w="1928" w:type="dxa"/>
            <w:vAlign w:val="center"/>
          </w:tcPr>
          <w:p w14:paraId="06950E65" w14:textId="77777777" w:rsidR="002D7394" w:rsidRDefault="002D7394">
            <w:pPr>
              <w:spacing w:before="40" w:after="40"/>
              <w:jc w:val="center"/>
            </w:pPr>
          </w:p>
        </w:tc>
        <w:tc>
          <w:tcPr>
            <w:tcW w:w="2494" w:type="dxa"/>
            <w:vAlign w:val="center"/>
          </w:tcPr>
          <w:p w14:paraId="1F55E87F" w14:textId="77777777" w:rsidR="002D7394" w:rsidRDefault="002D7394">
            <w:pPr>
              <w:spacing w:before="40" w:after="40"/>
              <w:jc w:val="center"/>
            </w:pPr>
          </w:p>
        </w:tc>
      </w:tr>
      <w:tr w:rsidR="002D7394" w14:paraId="0A5DB8B4" w14:textId="77777777">
        <w:trPr>
          <w:trHeight w:val="482"/>
          <w:jc w:val="center"/>
        </w:trPr>
        <w:tc>
          <w:tcPr>
            <w:tcW w:w="1474" w:type="dxa"/>
            <w:vAlign w:val="center"/>
          </w:tcPr>
          <w:p w14:paraId="4F4174FE" w14:textId="77777777" w:rsidR="002D7394" w:rsidRDefault="00AC0690">
            <w:pPr>
              <w:spacing w:before="40" w:after="40"/>
              <w:jc w:val="center"/>
            </w:pPr>
            <w:r>
              <w:t>团队成员</w:t>
            </w:r>
            <w:r>
              <w:t>1</w:t>
            </w:r>
          </w:p>
        </w:tc>
        <w:tc>
          <w:tcPr>
            <w:tcW w:w="1587" w:type="dxa"/>
            <w:vAlign w:val="center"/>
          </w:tcPr>
          <w:p w14:paraId="1D321682" w14:textId="77777777" w:rsidR="002D7394" w:rsidRDefault="002D7394">
            <w:pPr>
              <w:spacing w:before="40" w:after="40"/>
              <w:jc w:val="center"/>
            </w:pPr>
          </w:p>
        </w:tc>
        <w:tc>
          <w:tcPr>
            <w:tcW w:w="2154" w:type="dxa"/>
            <w:vAlign w:val="center"/>
          </w:tcPr>
          <w:p w14:paraId="259631B9" w14:textId="77777777" w:rsidR="002D7394" w:rsidRDefault="002D7394">
            <w:pPr>
              <w:spacing w:before="40" w:after="40"/>
              <w:jc w:val="center"/>
            </w:pPr>
          </w:p>
        </w:tc>
        <w:tc>
          <w:tcPr>
            <w:tcW w:w="1928" w:type="dxa"/>
            <w:vAlign w:val="center"/>
          </w:tcPr>
          <w:p w14:paraId="0DFE5E67" w14:textId="77777777" w:rsidR="002D7394" w:rsidRDefault="002D7394">
            <w:pPr>
              <w:spacing w:before="40" w:after="40"/>
              <w:jc w:val="center"/>
            </w:pPr>
          </w:p>
        </w:tc>
        <w:tc>
          <w:tcPr>
            <w:tcW w:w="2494" w:type="dxa"/>
            <w:vAlign w:val="center"/>
          </w:tcPr>
          <w:p w14:paraId="727840E0" w14:textId="77777777" w:rsidR="002D7394" w:rsidRDefault="002D7394">
            <w:pPr>
              <w:spacing w:before="40" w:after="40"/>
              <w:jc w:val="center"/>
            </w:pPr>
          </w:p>
        </w:tc>
      </w:tr>
      <w:tr w:rsidR="002D7394" w14:paraId="52EC3937" w14:textId="77777777">
        <w:trPr>
          <w:trHeight w:val="482"/>
          <w:jc w:val="center"/>
        </w:trPr>
        <w:tc>
          <w:tcPr>
            <w:tcW w:w="1474" w:type="dxa"/>
            <w:vAlign w:val="center"/>
          </w:tcPr>
          <w:p w14:paraId="48839773" w14:textId="77777777" w:rsidR="002D7394" w:rsidRDefault="00AC0690">
            <w:pPr>
              <w:spacing w:before="40" w:after="40"/>
              <w:jc w:val="center"/>
            </w:pPr>
            <w:r>
              <w:t>团队成员</w:t>
            </w:r>
            <w:r>
              <w:t>2</w:t>
            </w:r>
          </w:p>
        </w:tc>
        <w:tc>
          <w:tcPr>
            <w:tcW w:w="1587" w:type="dxa"/>
            <w:vAlign w:val="center"/>
          </w:tcPr>
          <w:p w14:paraId="7B55EA3F" w14:textId="77777777" w:rsidR="002D7394" w:rsidRDefault="002D7394">
            <w:pPr>
              <w:spacing w:before="40" w:after="40"/>
              <w:jc w:val="center"/>
            </w:pPr>
          </w:p>
        </w:tc>
        <w:tc>
          <w:tcPr>
            <w:tcW w:w="2154" w:type="dxa"/>
            <w:vAlign w:val="center"/>
          </w:tcPr>
          <w:p w14:paraId="2A085A11" w14:textId="77777777" w:rsidR="002D7394" w:rsidRDefault="002D7394">
            <w:pPr>
              <w:spacing w:before="40" w:after="40"/>
              <w:jc w:val="center"/>
            </w:pPr>
          </w:p>
        </w:tc>
        <w:tc>
          <w:tcPr>
            <w:tcW w:w="1928" w:type="dxa"/>
            <w:vAlign w:val="center"/>
          </w:tcPr>
          <w:p w14:paraId="1D73F64D" w14:textId="77777777" w:rsidR="002D7394" w:rsidRDefault="002D7394">
            <w:pPr>
              <w:spacing w:before="40" w:after="40"/>
              <w:jc w:val="center"/>
            </w:pPr>
          </w:p>
        </w:tc>
        <w:tc>
          <w:tcPr>
            <w:tcW w:w="2494" w:type="dxa"/>
            <w:vAlign w:val="center"/>
          </w:tcPr>
          <w:p w14:paraId="04BC9D53" w14:textId="77777777" w:rsidR="002D7394" w:rsidRDefault="002D7394">
            <w:pPr>
              <w:spacing w:before="40" w:after="40"/>
              <w:jc w:val="center"/>
            </w:pPr>
          </w:p>
        </w:tc>
      </w:tr>
      <w:tr w:rsidR="002D7394" w14:paraId="766F84CE" w14:textId="77777777">
        <w:trPr>
          <w:trHeight w:val="624"/>
          <w:jc w:val="center"/>
        </w:trPr>
        <w:tc>
          <w:tcPr>
            <w:tcW w:w="1474" w:type="dxa"/>
            <w:vAlign w:val="center"/>
          </w:tcPr>
          <w:p w14:paraId="4B5BD86F" w14:textId="77777777" w:rsidR="002D7394" w:rsidRDefault="00AC0690">
            <w:pPr>
              <w:spacing w:before="40" w:after="40"/>
              <w:jc w:val="center"/>
            </w:pPr>
            <w:r>
              <w:t>指导教师</w:t>
            </w:r>
            <w:r>
              <w:br/>
            </w:r>
            <w:r>
              <w:t>（如有）</w:t>
            </w:r>
          </w:p>
        </w:tc>
        <w:tc>
          <w:tcPr>
            <w:tcW w:w="8163" w:type="dxa"/>
            <w:gridSpan w:val="4"/>
            <w:vAlign w:val="center"/>
          </w:tcPr>
          <w:p w14:paraId="1D8AF1EB" w14:textId="77777777" w:rsidR="002D7394" w:rsidRDefault="00AC0690">
            <w:pPr>
              <w:spacing w:before="40" w:after="40"/>
              <w:rPr>
                <w:lang w:eastAsia="zh-CN"/>
              </w:rPr>
            </w:pPr>
            <w:r>
              <w:rPr>
                <w:lang w:eastAsia="zh-CN"/>
              </w:rPr>
              <w:t>姓名：　　　　　　单位：　　　　　　联系电话：</w:t>
            </w:r>
          </w:p>
        </w:tc>
      </w:tr>
      <w:tr w:rsidR="002D7394" w14:paraId="6A6C2DC9" w14:textId="77777777">
        <w:trPr>
          <w:trHeight w:val="510"/>
          <w:jc w:val="center"/>
        </w:trPr>
        <w:tc>
          <w:tcPr>
            <w:tcW w:w="1474" w:type="dxa"/>
            <w:vAlign w:val="center"/>
          </w:tcPr>
          <w:p w14:paraId="2F46DB22" w14:textId="77777777" w:rsidR="002D7394" w:rsidRDefault="00AC0690">
            <w:pPr>
              <w:spacing w:before="40" w:after="40"/>
              <w:jc w:val="center"/>
            </w:pPr>
            <w:proofErr w:type="spellStart"/>
            <w:r>
              <w:t>作品时长</w:t>
            </w:r>
            <w:proofErr w:type="spellEnd"/>
          </w:p>
        </w:tc>
        <w:tc>
          <w:tcPr>
            <w:tcW w:w="8163" w:type="dxa"/>
            <w:gridSpan w:val="4"/>
            <w:vAlign w:val="center"/>
          </w:tcPr>
          <w:p w14:paraId="4C516A69" w14:textId="77777777" w:rsidR="002D7394" w:rsidRDefault="00AC0690">
            <w:pPr>
              <w:spacing w:before="40" w:after="40"/>
              <w:rPr>
                <w:lang w:eastAsia="zh-CN"/>
              </w:rPr>
            </w:pPr>
            <w:r>
              <w:rPr>
                <w:lang w:eastAsia="zh-CN"/>
              </w:rPr>
              <w:t xml:space="preserve">　　　分　　　秒（不低于</w:t>
            </w:r>
            <w:r>
              <w:rPr>
                <w:lang w:eastAsia="zh-CN"/>
              </w:rPr>
              <w:t>30</w:t>
            </w:r>
            <w:r>
              <w:rPr>
                <w:lang w:eastAsia="zh-CN"/>
              </w:rPr>
              <w:t>秒、不超过</w:t>
            </w:r>
            <w:r>
              <w:rPr>
                <w:lang w:eastAsia="zh-CN"/>
              </w:rPr>
              <w:t>2</w:t>
            </w:r>
            <w:r>
              <w:rPr>
                <w:lang w:eastAsia="zh-CN"/>
              </w:rPr>
              <w:t>分钟）</w:t>
            </w:r>
          </w:p>
        </w:tc>
      </w:tr>
      <w:tr w:rsidR="002D7394" w14:paraId="3179BE87" w14:textId="77777777">
        <w:trPr>
          <w:trHeight w:val="510"/>
          <w:jc w:val="center"/>
        </w:trPr>
        <w:tc>
          <w:tcPr>
            <w:tcW w:w="1474" w:type="dxa"/>
            <w:vAlign w:val="center"/>
          </w:tcPr>
          <w:p w14:paraId="53256A96" w14:textId="77777777" w:rsidR="002D7394" w:rsidRDefault="00AC0690">
            <w:pPr>
              <w:spacing w:before="40" w:after="40"/>
              <w:jc w:val="center"/>
            </w:pPr>
            <w:proofErr w:type="spellStart"/>
            <w:r>
              <w:t>作品规格</w:t>
            </w:r>
            <w:proofErr w:type="spellEnd"/>
          </w:p>
        </w:tc>
        <w:tc>
          <w:tcPr>
            <w:tcW w:w="8163" w:type="dxa"/>
            <w:gridSpan w:val="4"/>
            <w:vAlign w:val="center"/>
          </w:tcPr>
          <w:p w14:paraId="5D76CBEA" w14:textId="77777777" w:rsidR="002D7394" w:rsidRDefault="00AC0690">
            <w:pPr>
              <w:spacing w:before="40" w:after="40"/>
              <w:rPr>
                <w:lang w:eastAsia="zh-CN"/>
              </w:rPr>
            </w:pPr>
            <w:r>
              <w:rPr>
                <w:lang w:eastAsia="zh-CN"/>
              </w:rPr>
              <w:t>分辨率：不低于</w:t>
            </w:r>
            <w:r>
              <w:rPr>
                <w:lang w:eastAsia="zh-CN"/>
              </w:rPr>
              <w:t xml:space="preserve"> 1080*1920</w:t>
            </w:r>
            <w:r>
              <w:rPr>
                <w:lang w:eastAsia="zh-CN"/>
              </w:rPr>
              <w:t xml:space="preserve">　　宽高比：</w:t>
            </w:r>
            <w:sdt>
              <w:sdtPr>
                <w:rPr>
                  <w:lang w:eastAsia="zh-CN"/>
                </w:rPr>
                <w:id w:val="90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lang w:eastAsia="zh-CN"/>
                  </w:rPr>
                  <w:t>☐</w:t>
                </w:r>
              </w:sdtContent>
            </w:sdt>
            <w:r>
              <w:rPr>
                <w:lang w:eastAsia="zh-CN"/>
              </w:rPr>
              <w:t xml:space="preserve"> 4:3</w:t>
            </w:r>
            <w:r>
              <w:rPr>
                <w:lang w:eastAsia="zh-CN"/>
              </w:rPr>
              <w:t xml:space="preserve">　　</w:t>
            </w:r>
            <w:sdt>
              <w:sdtPr>
                <w:rPr>
                  <w:lang w:eastAsia="zh-CN"/>
                </w:rPr>
                <w:id w:val="90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lang w:eastAsia="zh-CN"/>
                  </w:rPr>
                  <w:t>☐</w:t>
                </w:r>
              </w:sdtContent>
            </w:sdt>
            <w:r>
              <w:rPr>
                <w:lang w:eastAsia="zh-CN"/>
              </w:rPr>
              <w:t xml:space="preserve"> 9:16</w:t>
            </w:r>
            <w:r>
              <w:rPr>
                <w:lang w:eastAsia="zh-CN"/>
              </w:rPr>
              <w:t xml:space="preserve">　　</w:t>
            </w:r>
            <w:sdt>
              <w:sdtPr>
                <w:rPr>
                  <w:lang w:eastAsia="zh-CN"/>
                </w:rPr>
                <w:id w:val="90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lang w:eastAsia="zh-CN"/>
                  </w:rPr>
                  <w:t>☐</w:t>
                </w:r>
              </w:sdtContent>
            </w:sdt>
            <w:r>
              <w:rPr>
                <w:lang w:eastAsia="zh-CN"/>
              </w:rPr>
              <w:t xml:space="preserve"> 16:9</w:t>
            </w:r>
          </w:p>
        </w:tc>
      </w:tr>
      <w:tr w:rsidR="002D7394" w14:paraId="12608CCE" w14:textId="77777777">
        <w:trPr>
          <w:trHeight w:val="850"/>
          <w:jc w:val="center"/>
        </w:trPr>
        <w:tc>
          <w:tcPr>
            <w:tcW w:w="1474" w:type="dxa"/>
            <w:vAlign w:val="center"/>
          </w:tcPr>
          <w:p w14:paraId="268F17D0" w14:textId="77777777" w:rsidR="002D7394" w:rsidRDefault="00AC0690">
            <w:pPr>
              <w:spacing w:before="40" w:after="40"/>
              <w:jc w:val="center"/>
            </w:pPr>
            <w:proofErr w:type="spellStart"/>
            <w:r>
              <w:t>AI</w:t>
            </w:r>
            <w:r>
              <w:t>辅助创作</w:t>
            </w:r>
            <w:proofErr w:type="spellEnd"/>
          </w:p>
        </w:tc>
        <w:tc>
          <w:tcPr>
            <w:tcW w:w="8163" w:type="dxa"/>
            <w:gridSpan w:val="4"/>
            <w:vAlign w:val="center"/>
          </w:tcPr>
          <w:p w14:paraId="5A914713" w14:textId="77777777" w:rsidR="002D7394" w:rsidRDefault="00AC0690">
            <w:pPr>
              <w:spacing w:before="40" w:after="40"/>
              <w:rPr>
                <w:lang w:eastAsia="zh-CN"/>
              </w:rPr>
            </w:pPr>
            <w:sdt>
              <w:sdtPr>
                <w:rPr>
                  <w:lang w:eastAsia="zh-CN"/>
                </w:rPr>
                <w:id w:val="90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lang w:eastAsia="zh-CN"/>
                  </w:rPr>
                  <w:t>☐</w:t>
                </w:r>
              </w:sdtContent>
            </w:sdt>
            <w:r>
              <w:rPr>
                <w:lang w:eastAsia="zh-CN"/>
              </w:rPr>
              <w:t xml:space="preserve"> </w:t>
            </w:r>
            <w:r>
              <w:rPr>
                <w:lang w:eastAsia="zh-CN"/>
              </w:rPr>
              <w:t>未使用</w:t>
            </w:r>
            <w:r>
              <w:rPr>
                <w:lang w:eastAsia="zh-CN"/>
              </w:rPr>
              <w:t>AI</w:t>
            </w:r>
            <w:r>
              <w:rPr>
                <w:lang w:eastAsia="zh-CN"/>
              </w:rPr>
              <w:t>工具</w:t>
            </w:r>
            <w:r>
              <w:rPr>
                <w:lang w:eastAsia="zh-CN"/>
              </w:rPr>
              <w:br/>
            </w:r>
            <w:sdt>
              <w:sdtPr>
                <w:rPr>
                  <w:lang w:eastAsia="zh-CN"/>
                </w:rPr>
                <w:id w:val="90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lang w:eastAsia="zh-CN"/>
                  </w:rPr>
                  <w:t>☐</w:t>
                </w:r>
              </w:sdtContent>
            </w:sdt>
            <w:r>
              <w:rPr>
                <w:lang w:eastAsia="zh-CN"/>
              </w:rPr>
              <w:t xml:space="preserve"> </w:t>
            </w:r>
            <w:r>
              <w:rPr>
                <w:lang w:eastAsia="zh-CN"/>
              </w:rPr>
              <w:t>使用</w:t>
            </w:r>
            <w:r>
              <w:rPr>
                <w:lang w:eastAsia="zh-CN"/>
              </w:rPr>
              <w:t>AI</w:t>
            </w:r>
            <w:r>
              <w:rPr>
                <w:lang w:eastAsia="zh-CN"/>
              </w:rPr>
              <w:t>工具（使用范围：</w:t>
            </w:r>
            <w:sdt>
              <w:sdtPr>
                <w:rPr>
                  <w:lang w:eastAsia="zh-CN"/>
                </w:rPr>
                <w:id w:val="90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lang w:eastAsia="zh-CN"/>
                  </w:rPr>
                  <w:t>☐</w:t>
                </w:r>
              </w:sdtContent>
            </w:sdt>
            <w:r>
              <w:rPr>
                <w:lang w:eastAsia="zh-CN"/>
              </w:rPr>
              <w:t>文案</w:t>
            </w:r>
            <w:r>
              <w:rPr>
                <w:lang w:eastAsia="zh-CN"/>
              </w:rPr>
              <w:t xml:space="preserve"> </w:t>
            </w:r>
            <w:sdt>
              <w:sdtPr>
                <w:rPr>
                  <w:lang w:eastAsia="zh-CN"/>
                </w:rPr>
                <w:id w:val="90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lang w:eastAsia="zh-CN"/>
                  </w:rPr>
                  <w:t>☐</w:t>
                </w:r>
              </w:sdtContent>
            </w:sdt>
            <w:r>
              <w:rPr>
                <w:lang w:eastAsia="zh-CN"/>
              </w:rPr>
              <w:t>配乐</w:t>
            </w:r>
            <w:r>
              <w:rPr>
                <w:lang w:eastAsia="zh-CN"/>
              </w:rPr>
              <w:t xml:space="preserve"> </w:t>
            </w:r>
            <w:sdt>
              <w:sdtPr>
                <w:rPr>
                  <w:lang w:eastAsia="zh-CN"/>
                </w:rPr>
                <w:id w:val="90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lang w:eastAsia="zh-CN"/>
                  </w:rPr>
                  <w:t>☐</w:t>
                </w:r>
              </w:sdtContent>
            </w:sdt>
            <w:r>
              <w:rPr>
                <w:lang w:eastAsia="zh-CN"/>
              </w:rPr>
              <w:t>配音</w:t>
            </w:r>
            <w:r>
              <w:rPr>
                <w:lang w:eastAsia="zh-CN"/>
              </w:rPr>
              <w:t xml:space="preserve"> </w:t>
            </w:r>
            <w:sdt>
              <w:sdtPr>
                <w:rPr>
                  <w:lang w:eastAsia="zh-CN"/>
                </w:rPr>
                <w:id w:val="90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lang w:eastAsia="zh-CN"/>
                  </w:rPr>
                  <w:t>☐</w:t>
                </w:r>
              </w:sdtContent>
            </w:sdt>
            <w:r>
              <w:rPr>
                <w:lang w:eastAsia="zh-CN"/>
              </w:rPr>
              <w:t>字幕</w:t>
            </w:r>
            <w:r>
              <w:rPr>
                <w:lang w:eastAsia="zh-CN"/>
              </w:rPr>
              <w:t xml:space="preserve"> </w:t>
            </w:r>
            <w:sdt>
              <w:sdtPr>
                <w:rPr>
                  <w:lang w:eastAsia="zh-CN"/>
                </w:rPr>
                <w:id w:val="90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lang w:eastAsia="zh-CN"/>
                  </w:rPr>
                  <w:t>☐</w:t>
                </w:r>
              </w:sdtContent>
            </w:sdt>
            <w:r>
              <w:rPr>
                <w:lang w:eastAsia="zh-CN"/>
              </w:rPr>
              <w:t>特效</w:t>
            </w:r>
            <w:r>
              <w:rPr>
                <w:lang w:eastAsia="zh-CN"/>
              </w:rPr>
              <w:t xml:space="preserve"> </w:t>
            </w:r>
            <w:sdt>
              <w:sdtPr>
                <w:rPr>
                  <w:lang w:eastAsia="zh-CN"/>
                </w:rPr>
                <w:id w:val="90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lang w:eastAsia="zh-CN"/>
                  </w:rPr>
                  <w:t>☐</w:t>
                </w:r>
              </w:sdtContent>
            </w:sdt>
            <w:r>
              <w:rPr>
                <w:lang w:eastAsia="zh-CN"/>
              </w:rPr>
              <w:t>画面润色</w:t>
            </w:r>
            <w:r>
              <w:rPr>
                <w:lang w:eastAsia="zh-CN"/>
              </w:rPr>
              <w:t xml:space="preserve"> </w:t>
            </w:r>
            <w:sdt>
              <w:sdtPr>
                <w:rPr>
                  <w:lang w:eastAsia="zh-CN"/>
                </w:rPr>
                <w:id w:val="90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  <w:lang w:eastAsia="zh-CN"/>
                  </w:rPr>
                  <w:t>☐</w:t>
                </w:r>
              </w:sdtContent>
            </w:sdt>
            <w:r>
              <w:rPr>
                <w:lang w:eastAsia="zh-CN"/>
              </w:rPr>
              <w:t>其他：　　　　）</w:t>
            </w:r>
          </w:p>
        </w:tc>
      </w:tr>
      <w:tr w:rsidR="002D7394" w14:paraId="36D11911" w14:textId="77777777">
        <w:trPr>
          <w:trHeight w:val="1928"/>
          <w:jc w:val="center"/>
        </w:trPr>
        <w:tc>
          <w:tcPr>
            <w:tcW w:w="1474" w:type="dxa"/>
            <w:vAlign w:val="center"/>
          </w:tcPr>
          <w:p w14:paraId="1D0679B4" w14:textId="77777777" w:rsidR="002D7394" w:rsidRDefault="00AC0690">
            <w:pPr>
              <w:spacing w:before="40" w:after="40"/>
              <w:jc w:val="center"/>
            </w:pPr>
            <w:proofErr w:type="spellStart"/>
            <w:r>
              <w:t>原创及授权</w:t>
            </w:r>
            <w:proofErr w:type="spellEnd"/>
            <w:r>
              <w:br/>
            </w:r>
            <w:proofErr w:type="spellStart"/>
            <w:r>
              <w:t>承诺</w:t>
            </w:r>
            <w:proofErr w:type="spellEnd"/>
          </w:p>
        </w:tc>
        <w:tc>
          <w:tcPr>
            <w:tcW w:w="8163" w:type="dxa"/>
            <w:gridSpan w:val="4"/>
          </w:tcPr>
          <w:p w14:paraId="1C77B114" w14:textId="77777777" w:rsidR="002D7394" w:rsidRDefault="00AC0690">
            <w:pPr>
              <w:spacing w:before="40" w:after="40"/>
              <w:rPr>
                <w:lang w:eastAsia="zh-CN"/>
              </w:rPr>
            </w:pPr>
            <w:r>
              <w:rPr>
                <w:lang w:eastAsia="zh-CN"/>
              </w:rPr>
              <w:t>本人（团队）承诺：参赛作品为原创作品，对作品拥有独立、完整、明确、无争议的著作权，无抄袭、盗用他人作品行为；如使用</w:t>
            </w:r>
            <w:r>
              <w:rPr>
                <w:lang w:eastAsia="zh-CN"/>
              </w:rPr>
              <w:t>AI</w:t>
            </w:r>
            <w:r>
              <w:rPr>
                <w:lang w:eastAsia="zh-CN"/>
              </w:rPr>
              <w:t>辅助创作，已如实申报并在片尾标注</w:t>
            </w:r>
            <w:r>
              <w:rPr>
                <w:lang w:eastAsia="zh-CN"/>
              </w:rPr>
              <w:t>“</w:t>
            </w:r>
            <w:r>
              <w:rPr>
                <w:lang w:eastAsia="zh-CN"/>
              </w:rPr>
              <w:t>本作品部分内容由</w:t>
            </w:r>
            <w:r>
              <w:rPr>
                <w:lang w:eastAsia="zh-CN"/>
              </w:rPr>
              <w:t>AI</w:t>
            </w:r>
            <w:r>
              <w:rPr>
                <w:lang w:eastAsia="zh-CN"/>
              </w:rPr>
              <w:t>辅助生成</w:t>
            </w:r>
            <w:r>
              <w:rPr>
                <w:lang w:eastAsia="zh-CN"/>
              </w:rPr>
              <w:t>”</w:t>
            </w:r>
            <w:r>
              <w:rPr>
                <w:lang w:eastAsia="zh-CN"/>
              </w:rPr>
              <w:t>。作品一经提交，即视为同意学校拥有作品的非商业性使用权（包括用于招生宣传、校园文化建设等活动的展示、播放、转载），作者享有署名权。</w:t>
            </w:r>
            <w:r>
              <w:rPr>
                <w:lang w:eastAsia="zh-CN"/>
              </w:rPr>
              <w:br/>
            </w:r>
            <w:r>
              <w:rPr>
                <w:lang w:eastAsia="zh-CN"/>
              </w:rPr>
              <w:br/>
            </w:r>
            <w:r>
              <w:rPr>
                <w:lang w:eastAsia="zh-CN"/>
              </w:rPr>
              <w:t>承诺人签名：　　　　　　　　　　日期：</w:t>
            </w:r>
            <w:r>
              <w:rPr>
                <w:lang w:eastAsia="zh-CN"/>
              </w:rPr>
              <w:t xml:space="preserve">2026 </w:t>
            </w:r>
            <w:r>
              <w:rPr>
                <w:lang w:eastAsia="zh-CN"/>
              </w:rPr>
              <w:t>年</w:t>
            </w:r>
            <w:r>
              <w:rPr>
                <w:lang w:eastAsia="zh-CN"/>
              </w:rPr>
              <w:t xml:space="preserve"> </w:t>
            </w:r>
            <w:r>
              <w:rPr>
                <w:lang w:eastAsia="zh-CN"/>
              </w:rPr>
              <w:t xml:space="preserve">　　月</w:t>
            </w:r>
            <w:r>
              <w:rPr>
                <w:lang w:eastAsia="zh-CN"/>
              </w:rPr>
              <w:t xml:space="preserve"> </w:t>
            </w:r>
            <w:r>
              <w:rPr>
                <w:lang w:eastAsia="zh-CN"/>
              </w:rPr>
              <w:t xml:space="preserve">　　日</w:t>
            </w:r>
          </w:p>
        </w:tc>
      </w:tr>
    </w:tbl>
    <w:p w14:paraId="0EBB81FD" w14:textId="77777777" w:rsidR="002D7394" w:rsidRDefault="00AC0690">
      <w:pPr>
        <w:spacing w:before="80" w:after="20"/>
        <w:jc w:val="center"/>
        <w:rPr>
          <w:lang w:eastAsia="zh-CN"/>
        </w:rPr>
      </w:pPr>
      <w:r>
        <w:rPr>
          <w:rFonts w:eastAsia="黑体"/>
          <w:b/>
          <w:sz w:val="24"/>
          <w:lang w:eastAsia="zh-CN"/>
        </w:rPr>
        <w:t>填</w:t>
      </w:r>
      <w:r>
        <w:rPr>
          <w:rFonts w:eastAsia="黑体"/>
          <w:b/>
          <w:sz w:val="24"/>
          <w:lang w:eastAsia="zh-CN"/>
        </w:rPr>
        <w:t xml:space="preserve"> </w:t>
      </w:r>
      <w:r>
        <w:rPr>
          <w:rFonts w:eastAsia="黑体"/>
          <w:b/>
          <w:sz w:val="24"/>
          <w:lang w:eastAsia="zh-CN"/>
        </w:rPr>
        <w:t>表</w:t>
      </w:r>
      <w:r>
        <w:rPr>
          <w:rFonts w:eastAsia="黑体"/>
          <w:b/>
          <w:sz w:val="24"/>
          <w:lang w:eastAsia="zh-CN"/>
        </w:rPr>
        <w:t xml:space="preserve"> </w:t>
      </w:r>
      <w:r>
        <w:rPr>
          <w:rFonts w:eastAsia="黑体"/>
          <w:b/>
          <w:sz w:val="24"/>
          <w:lang w:eastAsia="zh-CN"/>
        </w:rPr>
        <w:t>说</w:t>
      </w:r>
      <w:r>
        <w:rPr>
          <w:rFonts w:eastAsia="黑体"/>
          <w:b/>
          <w:sz w:val="24"/>
          <w:lang w:eastAsia="zh-CN"/>
        </w:rPr>
        <w:t xml:space="preserve"> </w:t>
      </w:r>
      <w:r>
        <w:rPr>
          <w:rFonts w:eastAsia="黑体"/>
          <w:b/>
          <w:sz w:val="24"/>
          <w:lang w:eastAsia="zh-CN"/>
        </w:rPr>
        <w:t>明</w:t>
      </w:r>
    </w:p>
    <w:p w14:paraId="4A766E19" w14:textId="5C6A6F39" w:rsidR="002D7394" w:rsidRDefault="00AC0690">
      <w:pPr>
        <w:spacing w:after="20" w:line="240" w:lineRule="auto"/>
        <w:rPr>
          <w:lang w:eastAsia="zh-CN"/>
        </w:rPr>
      </w:pPr>
      <w:r>
        <w:rPr>
          <w:sz w:val="18"/>
          <w:lang w:eastAsia="zh-CN"/>
        </w:rPr>
        <w:t xml:space="preserve">1. </w:t>
      </w:r>
      <w:r>
        <w:rPr>
          <w:sz w:val="18"/>
          <w:lang w:eastAsia="zh-CN"/>
        </w:rPr>
        <w:t>请于</w:t>
      </w:r>
      <w:r>
        <w:rPr>
          <w:sz w:val="18"/>
          <w:lang w:eastAsia="zh-CN"/>
        </w:rPr>
        <w:t xml:space="preserve"> 2026 </w:t>
      </w:r>
      <w:r>
        <w:rPr>
          <w:sz w:val="18"/>
          <w:lang w:eastAsia="zh-CN"/>
        </w:rPr>
        <w:t>年</w:t>
      </w:r>
      <w:r>
        <w:rPr>
          <w:sz w:val="18"/>
          <w:lang w:eastAsia="zh-CN"/>
        </w:rPr>
        <w:t xml:space="preserve"> 11 </w:t>
      </w:r>
      <w:r>
        <w:rPr>
          <w:sz w:val="18"/>
          <w:lang w:eastAsia="zh-CN"/>
        </w:rPr>
        <w:t>月</w:t>
      </w:r>
      <w:r>
        <w:rPr>
          <w:sz w:val="18"/>
          <w:lang w:eastAsia="zh-CN"/>
        </w:rPr>
        <w:t xml:space="preserve"> 2</w:t>
      </w:r>
      <w:r w:rsidR="00DC2549">
        <w:rPr>
          <w:sz w:val="18"/>
          <w:lang w:eastAsia="zh-CN"/>
        </w:rPr>
        <w:t>9</w:t>
      </w:r>
      <w:r>
        <w:rPr>
          <w:sz w:val="18"/>
          <w:lang w:eastAsia="zh-CN"/>
        </w:rPr>
        <w:t xml:space="preserve"> </w:t>
      </w:r>
      <w:r>
        <w:rPr>
          <w:sz w:val="18"/>
          <w:lang w:eastAsia="zh-CN"/>
        </w:rPr>
        <w:t>日前，将本报名表（</w:t>
      </w:r>
      <w:r>
        <w:rPr>
          <w:sz w:val="18"/>
          <w:lang w:eastAsia="zh-CN"/>
        </w:rPr>
        <w:t xml:space="preserve">Word </w:t>
      </w:r>
      <w:r>
        <w:rPr>
          <w:sz w:val="18"/>
          <w:lang w:eastAsia="zh-CN"/>
        </w:rPr>
        <w:t>版）与作品一并发送至学校招生就业处邮箱：</w:t>
      </w:r>
      <w:r>
        <w:rPr>
          <w:sz w:val="18"/>
          <w:lang w:eastAsia="zh-CN"/>
        </w:rPr>
        <w:t>hsdzsb@htu.edu.cn</w:t>
      </w:r>
      <w:r>
        <w:rPr>
          <w:sz w:val="18"/>
          <w:lang w:eastAsia="zh-CN"/>
        </w:rPr>
        <w:t>，邮件主题统一命名为</w:t>
      </w:r>
      <w:r>
        <w:rPr>
          <w:sz w:val="18"/>
          <w:lang w:eastAsia="zh-CN"/>
        </w:rPr>
        <w:t>“</w:t>
      </w:r>
      <w:r>
        <w:rPr>
          <w:sz w:val="18"/>
          <w:lang w:eastAsia="zh-CN"/>
        </w:rPr>
        <w:t>第三届短视频大赛</w:t>
      </w:r>
      <w:r>
        <w:rPr>
          <w:sz w:val="18"/>
          <w:lang w:eastAsia="zh-CN"/>
        </w:rPr>
        <w:t>+XX</w:t>
      </w:r>
      <w:r>
        <w:rPr>
          <w:sz w:val="18"/>
          <w:lang w:eastAsia="zh-CN"/>
        </w:rPr>
        <w:t>学院</w:t>
      </w:r>
      <w:r>
        <w:rPr>
          <w:sz w:val="18"/>
          <w:lang w:eastAsia="zh-CN"/>
        </w:rPr>
        <w:t>/</w:t>
      </w:r>
      <w:r>
        <w:rPr>
          <w:sz w:val="18"/>
          <w:lang w:eastAsia="zh-CN"/>
        </w:rPr>
        <w:t>校友</w:t>
      </w:r>
      <w:r>
        <w:rPr>
          <w:sz w:val="18"/>
          <w:lang w:eastAsia="zh-CN"/>
        </w:rPr>
        <w:t>/</w:t>
      </w:r>
      <w:r>
        <w:rPr>
          <w:sz w:val="18"/>
          <w:lang w:eastAsia="zh-CN"/>
        </w:rPr>
        <w:t>社会人士</w:t>
      </w:r>
      <w:r>
        <w:rPr>
          <w:sz w:val="18"/>
          <w:lang w:eastAsia="zh-CN"/>
        </w:rPr>
        <w:t>+</w:t>
      </w:r>
      <w:r>
        <w:rPr>
          <w:sz w:val="18"/>
          <w:lang w:eastAsia="zh-CN"/>
        </w:rPr>
        <w:t>作品名称</w:t>
      </w:r>
      <w:r>
        <w:rPr>
          <w:sz w:val="18"/>
          <w:lang w:eastAsia="zh-CN"/>
        </w:rPr>
        <w:t>+</w:t>
      </w:r>
      <w:r>
        <w:rPr>
          <w:sz w:val="18"/>
          <w:lang w:eastAsia="zh-CN"/>
        </w:rPr>
        <w:t>联系人</w:t>
      </w:r>
      <w:r>
        <w:rPr>
          <w:sz w:val="18"/>
          <w:lang w:eastAsia="zh-CN"/>
        </w:rPr>
        <w:t>+</w:t>
      </w:r>
      <w:r>
        <w:rPr>
          <w:sz w:val="18"/>
          <w:lang w:eastAsia="zh-CN"/>
        </w:rPr>
        <w:t>联系电话</w:t>
      </w:r>
      <w:r>
        <w:rPr>
          <w:sz w:val="18"/>
          <w:lang w:eastAsia="zh-CN"/>
        </w:rPr>
        <w:t>”</w:t>
      </w:r>
      <w:r>
        <w:rPr>
          <w:sz w:val="18"/>
          <w:lang w:eastAsia="zh-CN"/>
        </w:rPr>
        <w:t>。</w:t>
      </w:r>
    </w:p>
    <w:p w14:paraId="3C6A8ED9" w14:textId="77777777" w:rsidR="002D7394" w:rsidRDefault="00AC0690">
      <w:pPr>
        <w:spacing w:after="20" w:line="240" w:lineRule="auto"/>
        <w:rPr>
          <w:lang w:eastAsia="zh-CN"/>
        </w:rPr>
      </w:pPr>
      <w:r>
        <w:rPr>
          <w:sz w:val="18"/>
          <w:lang w:eastAsia="zh-CN"/>
        </w:rPr>
        <w:t xml:space="preserve">2. </w:t>
      </w:r>
      <w:r>
        <w:rPr>
          <w:sz w:val="18"/>
          <w:lang w:eastAsia="zh-CN"/>
        </w:rPr>
        <w:t>视频时长不低于</w:t>
      </w:r>
      <w:r>
        <w:rPr>
          <w:sz w:val="18"/>
          <w:lang w:eastAsia="zh-CN"/>
        </w:rPr>
        <w:t xml:space="preserve"> 30 </w:t>
      </w:r>
      <w:r>
        <w:rPr>
          <w:sz w:val="18"/>
          <w:lang w:eastAsia="zh-CN"/>
        </w:rPr>
        <w:t>秒、不超过</w:t>
      </w:r>
      <w:r>
        <w:rPr>
          <w:sz w:val="18"/>
          <w:lang w:eastAsia="zh-CN"/>
        </w:rPr>
        <w:t xml:space="preserve"> 2 </w:t>
      </w:r>
      <w:r>
        <w:rPr>
          <w:sz w:val="18"/>
          <w:lang w:eastAsia="zh-CN"/>
        </w:rPr>
        <w:t>分钟；时长超过</w:t>
      </w:r>
      <w:r>
        <w:rPr>
          <w:sz w:val="18"/>
          <w:lang w:eastAsia="zh-CN"/>
        </w:rPr>
        <w:t xml:space="preserve"> 1 </w:t>
      </w:r>
      <w:r>
        <w:rPr>
          <w:sz w:val="18"/>
          <w:lang w:eastAsia="zh-CN"/>
        </w:rPr>
        <w:t>分钟的作品允许团队参赛，团队成员不超过</w:t>
      </w:r>
      <w:r>
        <w:rPr>
          <w:sz w:val="18"/>
          <w:lang w:eastAsia="zh-CN"/>
        </w:rPr>
        <w:t xml:space="preserve"> 3 </w:t>
      </w:r>
      <w:r>
        <w:rPr>
          <w:sz w:val="18"/>
          <w:lang w:eastAsia="zh-CN"/>
        </w:rPr>
        <w:t>人。</w:t>
      </w:r>
    </w:p>
    <w:p w14:paraId="5EF6E589" w14:textId="77777777" w:rsidR="002D7394" w:rsidRDefault="00AC0690">
      <w:pPr>
        <w:spacing w:after="20" w:line="240" w:lineRule="auto"/>
        <w:rPr>
          <w:lang w:eastAsia="zh-CN"/>
        </w:rPr>
      </w:pPr>
      <w:r>
        <w:rPr>
          <w:sz w:val="18"/>
          <w:lang w:eastAsia="zh-CN"/>
        </w:rPr>
        <w:t xml:space="preserve">3. </w:t>
      </w:r>
      <w:r>
        <w:rPr>
          <w:sz w:val="18"/>
          <w:lang w:eastAsia="zh-CN"/>
        </w:rPr>
        <w:t>画面高清干净，不可有角标、水印或明显商标标识；镜头运用流畅，禁止使用图片配音乐的形式；出镜人物不可有明显烫染发和文身，不可佩戴夸张饰品，男生不可戴耳钉。</w:t>
      </w:r>
    </w:p>
    <w:p w14:paraId="40D09648" w14:textId="77777777" w:rsidR="002D7394" w:rsidRDefault="00AC0690">
      <w:pPr>
        <w:spacing w:after="20" w:line="240" w:lineRule="auto"/>
        <w:rPr>
          <w:lang w:eastAsia="zh-CN"/>
        </w:rPr>
      </w:pPr>
      <w:r>
        <w:rPr>
          <w:sz w:val="18"/>
          <w:lang w:eastAsia="zh-CN"/>
        </w:rPr>
        <w:t xml:space="preserve">4. </w:t>
      </w:r>
      <w:r>
        <w:rPr>
          <w:sz w:val="18"/>
          <w:lang w:eastAsia="zh-CN"/>
        </w:rPr>
        <w:t>允许合理使用</w:t>
      </w:r>
      <w:r>
        <w:rPr>
          <w:sz w:val="18"/>
          <w:lang w:eastAsia="zh-CN"/>
        </w:rPr>
        <w:t>AI</w:t>
      </w:r>
      <w:r>
        <w:rPr>
          <w:sz w:val="18"/>
          <w:lang w:eastAsia="zh-CN"/>
        </w:rPr>
        <w:t>工具辅助创作，但作品核心创意、拍摄素材与主要</w:t>
      </w:r>
      <w:r>
        <w:rPr>
          <w:sz w:val="18"/>
          <w:lang w:eastAsia="zh-CN"/>
        </w:rPr>
        <w:t>剪辑须由参赛人员本人完成，并须在片尾标注；严禁利用</w:t>
      </w:r>
      <w:r>
        <w:rPr>
          <w:sz w:val="18"/>
          <w:lang w:eastAsia="zh-CN"/>
        </w:rPr>
        <w:t>AI</w:t>
      </w:r>
      <w:r>
        <w:rPr>
          <w:sz w:val="18"/>
          <w:lang w:eastAsia="zh-CN"/>
        </w:rPr>
        <w:t>伪造他人肖像、声音或生成虚假、误导性内容。</w:t>
      </w:r>
    </w:p>
    <w:p w14:paraId="1D221602" w14:textId="77777777" w:rsidR="002D7394" w:rsidRDefault="00AC0690">
      <w:pPr>
        <w:spacing w:after="20" w:line="240" w:lineRule="auto"/>
        <w:rPr>
          <w:lang w:eastAsia="zh-CN"/>
        </w:rPr>
      </w:pPr>
      <w:r>
        <w:rPr>
          <w:sz w:val="18"/>
          <w:lang w:eastAsia="zh-CN"/>
        </w:rPr>
        <w:t xml:space="preserve">5. </w:t>
      </w:r>
      <w:r>
        <w:rPr>
          <w:sz w:val="18"/>
          <w:lang w:eastAsia="zh-CN"/>
        </w:rPr>
        <w:t>作品其他要求、评审标准及奖项设置详见《河南师范大学</w:t>
      </w:r>
      <w:r>
        <w:rPr>
          <w:sz w:val="18"/>
          <w:lang w:eastAsia="zh-CN"/>
        </w:rPr>
        <w:t>“</w:t>
      </w:r>
      <w:r>
        <w:rPr>
          <w:sz w:val="18"/>
          <w:lang w:eastAsia="zh-CN"/>
        </w:rPr>
        <w:t>镜遇拾秋</w:t>
      </w:r>
      <w:r>
        <w:rPr>
          <w:sz w:val="18"/>
          <w:lang w:eastAsia="zh-CN"/>
        </w:rPr>
        <w:t>”</w:t>
      </w:r>
      <w:r>
        <w:rPr>
          <w:sz w:val="18"/>
          <w:lang w:eastAsia="zh-CN"/>
        </w:rPr>
        <w:t>第三届短视频大赛方案》；本次大赛不收取任何费用，作品不予退还，请自行留存备份。</w:t>
      </w:r>
    </w:p>
    <w:p w14:paraId="3FB31A00" w14:textId="77777777" w:rsidR="002D7394" w:rsidRDefault="00AC0690">
      <w:pPr>
        <w:spacing w:after="20" w:line="240" w:lineRule="auto"/>
        <w:rPr>
          <w:lang w:eastAsia="zh-CN"/>
        </w:rPr>
      </w:pPr>
      <w:r>
        <w:rPr>
          <w:sz w:val="18"/>
          <w:lang w:eastAsia="zh-CN"/>
        </w:rPr>
        <w:t xml:space="preserve">6. </w:t>
      </w:r>
      <w:r>
        <w:rPr>
          <w:sz w:val="18"/>
          <w:lang w:eastAsia="zh-CN"/>
        </w:rPr>
        <w:t>咨询方式：徐老师</w:t>
      </w:r>
      <w:r>
        <w:rPr>
          <w:sz w:val="18"/>
          <w:lang w:eastAsia="zh-CN"/>
        </w:rPr>
        <w:t xml:space="preserve"> 0373-3326611</w:t>
      </w:r>
      <w:r>
        <w:rPr>
          <w:sz w:val="18"/>
          <w:lang w:eastAsia="zh-CN"/>
        </w:rPr>
        <w:t>。</w:t>
      </w:r>
    </w:p>
    <w:p w14:paraId="54F95295" w14:textId="77777777" w:rsidR="002D7394" w:rsidRDefault="00AC0690">
      <w:pPr>
        <w:spacing w:after="20" w:line="240" w:lineRule="auto"/>
        <w:rPr>
          <w:lang w:eastAsia="zh-CN"/>
        </w:rPr>
      </w:pPr>
      <w:r>
        <w:rPr>
          <w:sz w:val="18"/>
          <w:lang w:eastAsia="zh-CN"/>
        </w:rPr>
        <w:t xml:space="preserve">7. </w:t>
      </w:r>
      <w:r>
        <w:rPr>
          <w:sz w:val="18"/>
          <w:lang w:eastAsia="zh-CN"/>
        </w:rPr>
        <w:t>表中方框为可点击勾选框，用鼠标单击即可打勾（</w:t>
      </w:r>
      <w:r>
        <w:rPr>
          <w:sz w:val="18"/>
          <w:lang w:eastAsia="zh-CN"/>
        </w:rPr>
        <w:t>☒</w:t>
      </w:r>
      <w:r>
        <w:rPr>
          <w:sz w:val="18"/>
          <w:lang w:eastAsia="zh-CN"/>
        </w:rPr>
        <w:t>）或取消，请勿手动输入符号。</w:t>
      </w:r>
    </w:p>
    <w:sectPr w:rsidR="002D7394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C48CF" w14:textId="77777777" w:rsidR="00AC0690" w:rsidRDefault="00AC0690" w:rsidP="00DC2549">
      <w:pPr>
        <w:spacing w:after="0" w:line="240" w:lineRule="auto"/>
      </w:pPr>
      <w:r>
        <w:separator/>
      </w:r>
    </w:p>
  </w:endnote>
  <w:endnote w:type="continuationSeparator" w:id="0">
    <w:p w14:paraId="5596A24F" w14:textId="77777777" w:rsidR="00AC0690" w:rsidRDefault="00AC0690" w:rsidP="00DC25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13B91" w14:textId="77777777" w:rsidR="00AC0690" w:rsidRDefault="00AC0690" w:rsidP="00DC2549">
      <w:pPr>
        <w:spacing w:after="0" w:line="240" w:lineRule="auto"/>
      </w:pPr>
      <w:r>
        <w:separator/>
      </w:r>
    </w:p>
  </w:footnote>
  <w:footnote w:type="continuationSeparator" w:id="0">
    <w:p w14:paraId="37BEE063" w14:textId="77777777" w:rsidR="00AC0690" w:rsidRDefault="00AC0690" w:rsidP="00DC25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D7394"/>
    <w:rsid w:val="00326F90"/>
    <w:rsid w:val="00AA1D8D"/>
    <w:rsid w:val="00AC0690"/>
    <w:rsid w:val="00B47730"/>
    <w:rsid w:val="00CB0664"/>
    <w:rsid w:val="00DC25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7768EA"/>
  <w14:defaultImageDpi w14:val="300"/>
  <w15:docId w15:val="{1F9C49EF-6EFD-4180-BA18-2D0D16121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宋体" w:hAnsi="Times New Roman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远健 徐</cp:lastModifiedBy>
  <cp:revision>2</cp:revision>
  <dcterms:created xsi:type="dcterms:W3CDTF">2013-12-23T23:15:00Z</dcterms:created>
  <dcterms:modified xsi:type="dcterms:W3CDTF">2026-11-02T08:41:00Z</dcterms:modified>
  <cp:category/>
</cp:coreProperties>
</file>